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פעלים ושמות – גזרות, בניינים ומשקלים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גזרות שונות של פעלים ואת הבניינים השבעה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משקלים נפוצים של שמות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בסיס המילה לבין הצורן המתווסף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מרובה: גזרות ובניינים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ע״ו/ע״י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פה״נ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קטלן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מקטלה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הגזרה הרגילה, ללא שינויים מיוחדים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האות האחרונה בשורש היא ה׳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שבעה בניינים: קל, נפעל, פיעל, פועל, הפעיל, הופעל,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נגר, סנדלר, חשמלאי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הבסיס הוא גרעין המילה, הצורן הוא תוספת שמתווספת אליו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בניין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(דיבר)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(הכתיב)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(התלבש)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פה"י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קטלן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כפולים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קנה-קניתי, בכה-בכיתי, ראה-ראיתי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את שם הגזרה או המשקל, את המאפיין המיוחד שלה, ולתת דוגמה אחת לפחות התומכת בהסבר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גזרה - סוג פועל לפי אותיות מיוחדות בשורש; בניין - תבנית קבועה לפועל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קטלן למקצוע או מקטלה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בסיס - גרעין המילה; צורן - תוספת לבסיס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טבלת הבניינים על הלוח ולבקש מהתלמידים למצוא דוגמאות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הכיתה לזוגות לתרגול ההתאמה ואז לעבור ביחד על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להשאיר זמן בסוף לתרגיל הכתיבה הפתוח ולשיתוף כמה תשובות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פעלים ושמות – גזרות, בניינים ומשקלים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בעברית, בדיוק כמו שיש פעלים יוצאי דופן באנגלית, יש גזרות פעלים שמתנהגות אחרת מהצורה הרגילה (שלמים). גם לשמות יש משקלים קבועים שמלמדים על משמעות המילה.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מרובה: גזרות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גזרה כוללת פעלים כמו "קם" ו"שר", שבהם האות השנייה בשורש היא ו׳ או י׳?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ל״ה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ע״ו/ע״י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בניינים יש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פועל שהאות הראשונה בשורשו היא נ׳, כמו "נפל",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פה״נ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ל״ה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פה״י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בניין האות נ׳ של פה״נ נבלעת בדרך כלל, כמו ב"נפל" שהופך ל"הפיל"?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מילה כמו "נגר" (בעל מקצוע) בנויה במשקל: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מילה כמו "מטבח", המציינת מקום, בנויה במשקל: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תקטולת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"שלמים" כל אותיות השורש נשמרות בכל הנטיות.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מגזרת "ל״ה" מסתיים באות ה׳ בשורש, כמו "קנה".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יש רק שישה בניינים.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"קטלן" משמש בעיקר לציון שמות מקצוע.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בסיס וצורן הם אותו דבר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התאמה: בניין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דיבר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הכתיב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התלבש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פועל שהאות הראשונה בשורשו היא י׳, כמו "ישב", שייך לגזרת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במשקל __________ נוצרים שמות מקצוע כמו "סנדלר".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גרעין המילה שאליו מתווספים צורנים.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הפועל "סבב" שייך לגזרת הפעלים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בבניין __________ הפועל מבטא פעולה שנעשתה לנושא המשפט, כמו "נכתב".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דוגמאות לפעלים מגזרת ל״ה (מסתיימים בה׳ בשורש) ונטו אותם בזמן עבר.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גזרת פועל אחת ומשקל שם אחד, והסבירו במילים שלכם במה הם שונים מהצורה הרגילה (שלמים).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גזרה, ומהו בניין?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למשקל של שם ולמשמעותו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בסיס לצורן?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פעלים ושמות – גזרות, בניינים ומשקלים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