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שונות של פעלים ואת הבניינים השבעה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משקלים נפוצים של שמות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בסיס המילה לבין הצורן המתווסף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מרובה: גזרות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ע״ו/ע״י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פה״נ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מקטלה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הגזרה הרגילה, ללא שינויים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האחרונה בשורש היא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שבעה בניינים: קל, נפעל, פיעל, פועל, הפעיל, הופעל,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נגר, סנדלר, חשמלאי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הבסיס הוא גרעין המילה, הצורן הוא תוספת שמתווספת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בניין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(התלבש)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פה"י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קנה-קניתי, בכה-בכיתי, ראה-ראיתי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את שם הגזרה או המשקל, את המאפיין המיוחד שלה, ולתת דוגמה אחת לפחות התומכת בהסבר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- סוג פועל לפי אותיות מיוחדות בשורש; בניין - תבנית קבועה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קטלן למקצוע או מקטלה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- גרעין המילה; צורן - תוספת לבסיס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טבלת הבניינים על הלוח ולבקש מהתלמידים למצוא דוגמאות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לתרגול ההתאמה ואז לעבור ביחד על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זמן בסוף לתרגיל הכתיבה הפתוח ולשיתוף כמה תשובות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סוגים שונים של פעלים, שנקראים גזרות. יש גם צורות קבועות לשמות, שנקראות משקלים. בדף הזה נתרגל את שניהם.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פועל לפי האותיות המיוחדות שבשורש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קבועה שמשנה את משמעות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יותר) אותיות שמהן בנויה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נבנות מילים, כמו קטלן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בסיס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גרעין המילה שאליו מתווספים חלקים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קטנה שמתווספת לבסיס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פעולה, כמו הדפסה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מרובה: גזרות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קבוצה נמצאים הפעלים קם ושר?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הבניינים בעברית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פה״נ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פה״י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לאות נ׳ בבניין הפעיל?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משקל בנויה המילה נגר?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משקל בנויה המילה 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תקטולת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"שלמים" כל אותיות השורש נשמרות בכל הנטיות.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מגזרת "ל״ה" מסתיים באות ה׳ בשורש, כמו "קנה".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רק שישה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"קטלן" משמש בעיקר לציון שמות מקצוע.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בסיס וצורן הם אותו דבר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בניין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התלבש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פועל שהאות הראשונה בשורשו היא י׳, כמו "ישב", שייך לגזרת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במשקל __________ נוצרים שמות מקצוע כמו "סנדלר".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גרעין המילה שאליו מתווספים צורנים.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"סבב" שייך לגזרת הפעלים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__________ הפועל מבטא פעולה שנעשתה לנושא המשפט, כמו "נכתב".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לפעלים מגזרת ל״ה (מסתיימים בה׳ בשורש) ונטו אותם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גזרת פועל אחת ומשקל שם אחד, והסבירו במילים שלכם במה הם שונים מהצורה הרגילה (שלמים).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גזרה,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למשקל של שם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בסיס לצורן?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גזרות, בניינים ומשקלים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