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גזרות, בניינים ומשקלים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שונות של פעלים ואת הבניינים השבעה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משקלים נפוצים של שמות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בסיס המילה לבין הצורן המתווסף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מרובה: גזרות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ע״ו/ע״י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פה״נ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הגזרה הרגילה, ללא שינויים מיוחדים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האחרונה בשורש היא ה׳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בניין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(הכתיב)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פה"י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קטלן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קנה-קניתי, בכה-בכיתי, ראה-ראיתי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- סוג פועל לפי אותיות מיוחדות בשורש; בניין - תבנית קבועה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קטלן למקצוע או מקטלה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 - גרעין המילה; צורן - תוספת לבסיס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טבלת הבניינים על הלוח ולבקש מהתלמידים למצוא דוגמאות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לתרגול ההתאמה ואז לעבור ביחד על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להשאיר זמן בסוף לתרגיל הכתיבה הפתוח ולשיתוף כמה תשובות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גזרות, בניינים ומשקלים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בעברית, בדיוק כמו שיש פעלים יוצאי דופן באנגלית, יש גזרות פעלים שמתנהגות אחרת מהצורה הרגילה (שלמים). גם לשמות יש משקלים קבועים שמלמדים על משמעות המילה.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קטלן  ·  פה"י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מרובה: גזרות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גזרה כוללת פעלים כמו "קם" ו"שר", שבהם האות השנייה בשורש היא ו׳ או י׳?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ע״ו/ע״י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פועל שהאות הראשונה בשורשו היא נ׳, כמו "נפל",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פה״נ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ע״ע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"שלמים" כל אותיות השורש נשמרות בכל הנטיות.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 מגזרת "ל״ה" מסתיים באות ה׳ בשורש, כמו "קנה".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התאמה: בניין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פועל שהאות הראשונה בשורשו היא י׳, כמו "ישב", שייך לגזרת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במשקל __________ נוצרים שמות מקצוע כמו "סנדלר".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דוגמאות לפעלים מגזרת ל״ה (מסתיימים בה׳ בשורש) ונטו אותם בזמן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גזרה, ומהו 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למשקל של שם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פעלים ושמות – גזרות, בניינים ומשקלים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